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广东省2018年10月自学考试新生报名时间延长至7月24日结束</w:t>
      </w:r>
    </w:p>
    <w:p>
      <w:r>
        <w:rPr>
          <w:sz w:val="18"/>
        </w:rPr>
        <w:t>整理归属  深圳市招生考试办公室</w:t>
      </w:r>
    </w:p>
    <w:p>
      <w:r>
        <w:rPr>
          <w:sz w:val="18"/>
        </w:rPr>
        <w:t>发布日期  2018-07-15</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https://szeb.sz.gov.cn/szzkw/zkgg/zkxx1/content/post_8949729.html</w:t>
        </w:r>
      </w:hyperlink>
    </w:p>
    <w:p/>
    <w:p>
      <w:r>
        <w:t>2018年下半年全国高等教育自学考试将于10月20日至21日举行，按照广东省自考办安排，我省考生报考时间为7月15日至25日，其中，新生报名注册时间为7月15日至22日。目前，广东省自学考试实行旧生网上报考，新生到报名点报名注册后再上网报考。作为一个年青人居多的城市，我市广大青年朋友好学上进，报考自学考试的热情高涨，总人数一直居全省前列。本次报名报考的第一天，即有大批首次参加自学考试的新生来到我市各报名点报名。在15日上午报名过程中，因全省报考考生人数多且比较集中，自学考试报名系统出现网络拥堵，造成新生报名过程迟缓，部分考生当天未能如愿报名。经与省自考办沟通，为更好地满足有关考生的报名需要，省自考办决定将2018年10月我省自学考试的报考时间延长2天至7月27日结束，其中新生报名延长至24日结束，并视情况需要可再适当延长报名报考时间（如再延长报考时间，将另行通知，并通过媒体发布）。我市自学考试管理部门将根据我市自学考试考生报名报考的实际情况，积极与省自考办进行沟通，协调各自学考试新生报名点，做好报名的各项安排，确保所有需报考今年下半年自学考试的考生能报上名。</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