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8bd067b423cf809bfaf0747c889189708dc0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8bd067b423cf809bfaf0747c889189708dc0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