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广东省2022年成人高等学校录取工作日程表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https://eea.gd.gov.cn/crgk/content/post_4070753.html</w:t>
        </w:r>
      </w:hyperlink>
    </w:p>
    <w:p/>
    <w:p>
      <w:r>
        <w:t>2022年我省成人高校招生录取工作将于12月28日至2023年1月10日进行。具体招生录取批次和时间安排如下：</w:t>
      </w:r>
    </w:p>
    <w:p>
      <w:r>
        <w:drawing>
          <wp:inline xmlns:a="http://schemas.openxmlformats.org/drawingml/2006/main" xmlns:pic="http://schemas.openxmlformats.org/drawingml/2006/picture">
            <wp:extent cx="6400800" cy="37219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b73dec6d480e6ba2f9d476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2194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7075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