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肖捷主持召开全国政务公开领导小组第三次会议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2020-06-17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https://szeb.sz.gov.cn/szzkw/qtxx/content/post_8948958.html</w:t>
        </w:r>
      </w:hyperlink>
    </w:p>
    <w:p/>
    <w:p>
      <w:r>
        <w:t>新华社北京6月15日电 国务委员兼国务院秘书长、全国政务公开领导小组组长肖捷15日主持召开全国政务公开领导小组第三次会议并讲话。会议听取了新冠肺炎疫情防控信息公开工作情况汇报，通报了新修订的政府信息公开条例颁布实施一周年情况，审议通过有关文件，研究部署了下一阶段重点工作。</w:t>
      </w:r>
    </w:p>
    <w:p>
      <w:r>
        <w:t>肖捷指出，去年以来，各地区、各部门坚持以习近平新时代中国特色社会主义思想为指导，按照党中央、国务院部署，有序推进政府信息公开条例实施，持续加强政策发布解读回应，全面启动政务信息管理，不断夯实政务公开基础，积极做好新冠肺炎疫情防控信息公开工作，各项工作取得积极成效。</w:t>
      </w:r>
    </w:p>
    <w:p>
      <w:r>
        <w:t>肖捷强调，要着眼于推进国家治理体系和治理能力现代化，进一步完善政务公开制度，提升政务公开质量，强化政务公开职能作用。着力提升政策发布解读回应水平，着力加强突发公共卫生事件信息公开，着力推动重点政务信息集中统一公开，着力抓好信息公开条例贯彻落实和配套制度建设，着力推进基层政务公开标准化规范化，为努力完成今年经济社会发展目标任务、全面建成小康社会作出新贡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