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招考服务便民热线平台运营服务招标公告</w:t>
      </w:r>
    </w:p>
    <w:p>
      <w:r>
        <w:rPr>
          <w:sz w:val="18"/>
        </w:rPr>
        <w:t>整理归属  深圳市招生考试办公室</w:t>
      </w:r>
    </w:p>
    <w:p>
      <w:r>
        <w:rPr>
          <w:sz w:val="18"/>
        </w:rPr>
        <w:t>发布日期  2025-12-18</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https://szeb.sz.gov.cn/szzkw/qtxx/content/post_12555144.html</w:t>
        </w:r>
      </w:hyperlink>
    </w:p>
    <w:p/>
    <w:p>
      <w:r>
        <w:t>项目概况：</w:t>
      </w:r>
    </w:p>
    <w:p>
      <w:r>
        <w:t>招考服务便民热线平台运营服务招标项目的潜在投标人应在深圳交易咨询集团有限公司网站（https://www.sztc.com/）深咨电子交易系统获取招标文件，并于2025年12月29日09:30时（北京时间）前递交投标文件。</w:t>
      </w:r>
    </w:p>
    <w:p>
      <w:r>
        <w:t>一、项目基本情况</w:t>
      </w:r>
    </w:p>
    <w:p>
      <w:r>
        <w:t>1、项目编号：25CDA00C05311</w:t>
      </w:r>
    </w:p>
    <w:p>
      <w:r>
        <w:t>2、项目名称：招考服务便民热线平台运营服务</w:t>
      </w:r>
    </w:p>
    <w:p>
      <w:r>
        <w:t>3、预算金额：人民币45万元</w:t>
      </w:r>
    </w:p>
    <w:p>
      <w:r>
        <w:t>4、最高限价（如有）：/</w:t>
      </w:r>
    </w:p>
    <w:p>
      <w:r>
        <w:t>5、采购需求：详见招标文件相关内容</w:t>
      </w:r>
    </w:p>
    <w:p>
      <w:r>
        <w:t>6、合同履行期限：详见招标文件相关内容</w:t>
      </w:r>
    </w:p>
    <w:p>
      <w:r>
        <w:t>7、本项目是否接受联合体投标：否。</w:t>
      </w:r>
    </w:p>
    <w:p>
      <w:r>
        <w:t>8、采购方式：公开招标</w:t>
      </w:r>
    </w:p>
    <w:p>
      <w:r>
        <w:t>二、投标人的资格要求</w:t>
      </w:r>
    </w:p>
    <w:p>
      <w:r>
        <w:t>1.提供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r>
        <w:t>2.本项目不接受投标人选用进口产品参与投标；</w:t>
      </w:r>
    </w:p>
    <w:p>
      <w:r>
        <w:t>3.参与本项目政府采购活动时不存在被有关部门禁止参与政府采购活动且在有效期内的情况（由供应商在《政府采购投标及履约承诺函》中作出声明并加盖投标人公章）；</w:t>
      </w:r>
    </w:p>
    <w:p>
      <w:r>
        <w:t>4.具备《中华人民共和国政府采购法》第二十二条第一款的条件（由供应商在《政府采购投标及履约承诺函》中作出声明并加盖投标人公章）；</w:t>
      </w:r>
    </w:p>
    <w:p>
      <w:r>
        <w:t>5.未被列入失信被执行人、重大税收违法案件当事人名单（重大税收违法失信主体）、政府采购严重违法失信行为记录名单（由供应商在《政府采购投标及履约承诺函》中作出声明并加盖投标人公章）；</w:t>
      </w:r>
    </w:p>
    <w:p>
      <w:r>
        <w:t>6.不存在《深圳市财政局政府采购供应商信用信息管理办法》（深财规〔2023〕3号）列明的严重违法失信行为（由供应商在《政府采购投标及履约承诺函》中作出声明并加盖投标人公章）；</w:t>
      </w:r>
    </w:p>
    <w:p>
      <w:r>
        <w:t>7.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并加盖投标人公章）；</w:t>
      </w:r>
    </w:p>
    <w:p>
      <w:r>
        <w:t>8.本项目是（否）专门面向中小企业采购：否。</w:t>
      </w:r>
    </w:p>
    <w:p>
      <w:r>
        <w:t>9.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并加盖供应商公章，格式见第五章 投标文件格式-格式六：资格证明文件-4、供应商基本情况表，如供应商存在未提供《供应商基本情况表》或所提供《供应商基本情况表》不符合采购文件要求的情形，按资格审查不通过处理）。</w:t>
      </w:r>
    </w:p>
    <w:p>
      <w:r>
        <w:t>注：“信用中国”（www.creditchina.gov.cn，查询“专项查询”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r>
        <w:t>三、获取招标文件</w:t>
      </w:r>
    </w:p>
    <w:p>
      <w:r>
        <w:t>1、时间：2025年12月18日9时至2025年12月25日17时（北京时间，法定节假日除外）；</w:t>
      </w:r>
    </w:p>
    <w:p>
      <w:r>
        <w:t>2、地点：登录深圳交易咨询集团有限公司网站，下载招标文件（订购前须确保在https://www.sztc.com/网站已注册会员，如未注册，请登录https://dzjy.sztc.com页面了解如何免费注册会员）；</w:t>
      </w:r>
    </w:p>
    <w:p>
      <w:r>
        <w:t>3、方式：在线下载；</w:t>
      </w:r>
    </w:p>
    <w:p>
      <w:r>
        <w:t>4、售价：本项目免招标文件订购费，用户根据系统指引操作后即可下载招标文件并参与项目（如有问题请联系平台方：18569544973）。</w:t>
      </w:r>
    </w:p>
    <w:p>
      <w:r>
        <w:t>四、提交投标文件截止时间、开标时间和地点</w:t>
      </w:r>
    </w:p>
    <w:p>
      <w:r>
        <w:t>1、时间：2025年12月29日09点30分（北京时间）</w:t>
      </w:r>
    </w:p>
    <w:p>
      <w:r>
        <w:t>2、地点：深圳市南山区南山智谷产业园A座4楼（交易集团总部大楼）412室</w:t>
      </w:r>
    </w:p>
    <w:p>
      <w:r>
        <w:t>备注：本项目接受邮寄投标文件，但不接受闪送、跑腿等各种同城急送方式递交投标文件。投标人采取非投标现场递交投标文件方式的：投标文件送达时间以招标代理机构签收时间为准，在投标截止时间止以前所产生的任何与投标文件有关的密封性问题、文件丢失风险均由投标人自行负责，招标代理机构不承担任何责任。建议投标人采取现场递交投标文件的方式。如采取邮寄方式递交投标文件的，邮寄到：深圳市南山区沙河西路西丽智谷产业园A座21楼，深圳交易咨询集团，曹茜，电话：18599127733。邮寄后请务必及时将邮寄单号及投标项目包名称等信息 发至caoqian@sztc.com。</w:t>
      </w:r>
    </w:p>
    <w:p>
      <w:r>
        <w:t>五、公告期限</w:t>
      </w:r>
    </w:p>
    <w:p>
      <w:r>
        <w:t>自本公告发布之日起5个工作日。</w:t>
      </w:r>
    </w:p>
    <w:p>
      <w:r>
        <w:t>六、其他补充事宜</w:t>
      </w:r>
    </w:p>
    <w:p>
      <w:r>
        <w:t>1、答疑事项：投标人应于投标截止日五日前，将对招标文件的疑问以书面形式（包括认为招标文件的技术指标或参数存在排他性或歧视性条款）加盖单位公章送达招标机构，逾期不予受理。我司会将集中答疑结果在“投标人须知前附表”所列信息发布网站以公开发布方式发送给所有投标人。对招标文件的任何修改，以我司发出的通知为准。</w:t>
      </w:r>
    </w:p>
    <w:p>
      <w:r>
        <w:t>2、现场踏勘：无。</w:t>
      </w:r>
    </w:p>
    <w:p>
      <w:r>
        <w:t>七、对本次招标提出询问，请按以下方式联系。</w:t>
      </w:r>
    </w:p>
    <w:p>
      <w:r>
        <w:t>1、采购人信息</w:t>
      </w:r>
    </w:p>
    <w:p>
      <w:r>
        <w:t>名　  称：深圳市招生考试办公室</w:t>
      </w:r>
    </w:p>
    <w:p>
      <w:r>
        <w:t>地  　址：深圳市罗湖区泥岗西路1068号</w:t>
      </w:r>
    </w:p>
    <w:p>
      <w:r>
        <w:t>联系方式：肖工，0755-25114064</w:t>
      </w:r>
    </w:p>
    <w:p>
      <w:r>
        <w:t>2、采购代理机构信息</w:t>
      </w:r>
    </w:p>
    <w:p>
      <w:r>
        <w:t>名　  称：深圳交易咨询集团有限公司</w:t>
      </w:r>
    </w:p>
    <w:p>
      <w:r>
        <w:t>地　  址：深圳市南山区南山智谷产业园A座21/25楼</w:t>
      </w:r>
    </w:p>
    <w:p>
      <w:r>
        <w:t>联系方式：18599127733</w:t>
      </w:r>
    </w:p>
    <w:p>
      <w:r>
        <w:t>监督举报电话：0755-22965602、0755-86660475</w:t>
      </w:r>
    </w:p>
    <w:p>
      <w:r>
        <w:t>3、项目联系方式</w:t>
      </w:r>
    </w:p>
    <w:p>
      <w:r>
        <w:t>项目联系人：曹茜、黎子帅</w:t>
      </w:r>
    </w:p>
    <w:p>
      <w:r>
        <w:t>电　话：18599127733、13018597667</w:t>
      </w:r>
    </w:p>
    <w:p>
      <w:r>
        <w:t>邮  箱:3144053768@qq.com</w:t>
      </w:r>
    </w:p>
    <w:p>
      <w:r>
        <w:t>深圳交易咨询集团有限公司</w:t>
      </w:r>
    </w:p>
    <w:p>
      <w:r>
        <w:t>2025年12月18日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5551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