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我市2021年中招第一批学校录取顺利完成</w:t>
      </w:r>
    </w:p>
    <w:p>
      <w:r>
        <w:rPr>
          <w:sz w:val="18"/>
        </w:rPr>
        <w:t>整理归属  深圳市招生考试办公室</w:t>
      </w:r>
    </w:p>
    <w:p>
      <w:r>
        <w:rPr>
          <w:sz w:val="18"/>
        </w:rPr>
        <w:t>发布日期  2021-07-26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https://szeb.sz.gov.cn/szzkw/zkgg/zkxx/content/post_9023197.html</w:t>
        </w:r>
      </w:hyperlink>
    </w:p>
    <w:p/>
    <w:p>
      <w:r>
        <w:t>我市2021年中招第一批学校录取顺利完成</w:t>
      </w:r>
    </w:p>
    <w:p>
      <w:r>
        <w:t>26日可查询第一批录取结果</w:t>
      </w:r>
    </w:p>
    <w:p>
      <w:r>
        <w:t>第二批学校录取27日开始</w:t>
      </w:r>
    </w:p>
    <w:p>
      <w:r>
        <w:t>我市2021年高中阶段学校招生第一批学校录取于7月26日顺利完成。各招生学校严格按照录取标准，在本校通过互联网进行阅档和录取。</w:t>
      </w:r>
    </w:p>
    <w:p>
      <w:r>
        <w:t>被第一批高中学校录取的考生，可于7月26日通过“深圳招考网”（zkb.sz.gov.cn）查询录取结果。录取通知书将于每批录取工作结束后一周内由招生学校寄发给考生本人。</w:t>
      </w:r>
    </w:p>
    <w:p>
      <w:r>
        <w:t>7月27日后考生可在“深圳招考网”上查询各高中学校规定的报到注册时间，其中民办普高须8月2日前报到。凡按志愿录取的考生，如不按录取学校规定的时间报到注册者，将被视为自愿放弃入学资格。</w:t>
      </w:r>
    </w:p>
    <w:p>
      <w:r>
        <w:t>第二批本市中等职业学校录取标准将于7月27日公布，27日至28日进行录取。列为第三批的部、省属（含跨市）中职类学校于8月20日至28日由省招办组织录取。</w:t>
      </w:r>
    </w:p>
    <w:p>
      <w:r>
        <w:t>各批次录取结束后，因志愿填报不合理，未被任何学校录取的考生，可于8月10日至11日在深圳招考网填报第二次划线录取志愿，参加相关学校第二次划线录取，增加录取机会。</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0231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