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关于广东省2020年1月高等教育自学考试成绩公布的通知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2020-03-10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https://szeb.sz.gov.cn/szzkw/zkgg/zkxx1/content/post_8949690.html</w:t>
        </w:r>
      </w:hyperlink>
    </w:p>
    <w:p/>
    <w:p>
      <w:r>
        <w:t>各位考生：</w:t>
      </w:r>
    </w:p>
    <w:p>
      <w:r>
        <w:t>根据省教育考试院通知，我省2020年1月高等教育自学考试成绩定于3月31日15时公布，有关事项安排如下：</w:t>
      </w:r>
    </w:p>
    <w:p>
      <w:r>
        <w:t>一、成绩查询</w:t>
      </w:r>
    </w:p>
    <w:p>
      <w:r>
        <w:t>考生可通过以下3种方式查询考试成绩。</w:t>
      </w:r>
    </w:p>
    <w:p>
      <w:r>
        <w:t>（一）官微查询</w:t>
      </w:r>
    </w:p>
    <w:p>
      <w:r>
        <w:t>考生关注广东省教育考试院微信公众号（ID：gdsksy），在页面底部选择“小程序”栏，点击进入“广东省教育考试院”小程序，即可查询考试成绩。</w:t>
      </w:r>
    </w:p>
    <w:p>
      <w:r>
        <w:t>（二）系统查询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（三）网站查询</w:t>
      </w:r>
    </w:p>
    <w:p>
      <w:r>
        <w:t>登录广东教育考试服务网（http://www.eesc.com.cn/）按提示查询考试成绩，或登录深圳招考网（http://zkb.sz.gov.cn/）进行查询。</w:t>
      </w:r>
    </w:p>
    <w:p>
      <w:r>
        <w:t>二、成绩复核申请</w:t>
      </w:r>
    </w:p>
    <w:p>
      <w:r>
        <w:t>按照国家和省关于做好新冠肺炎疫情防控的工作部署，本次考试成绩复查申请推迟进行，相关的时间安排，将根据我省疫情防控情况另行公布。</w:t>
      </w:r>
    </w:p>
    <w:p>
      <w:r>
        <w:t>请考生持续关注广东省教育考试院官方网站（http://eea.gd.gov.cn/）及深圳招考网（http://zkb.sz.gov.cn/）发布的相关信息。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9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