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关于公布2021年上半年中小学教师资格考试（笔试）成绩的通知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2021-04-15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https://szeb.sz.gov.cn/szzkw/zkgg/skxx/content/post_8946790.html</w:t>
        </w:r>
      </w:hyperlink>
    </w:p>
    <w:p/>
    <w:p>
      <w:r>
        <w:t>各有关考生：</w:t>
      </w:r>
    </w:p>
    <w:p>
      <w:r>
        <w:t>2021年上半年中小学教师资格考试（笔试）评卷、登分工作已顺利结束，考生于4月15日起可通过登录中小学教师资格考试网（网址：http://ntce.neea.edu.cn/）相关栏目进行查询。</w:t>
      </w:r>
    </w:p>
    <w:p>
      <w:r>
        <w:t>考生如对本人成绩有疑问，可于4月15日至23日期间（工作日上午9:00-12:00,下午14:00-18:00），携带本人身份证和准考证到所属考区教育局（咨询电话及地址详见附件）提出复查成绩申请，逾期不予受理。复查内容为成绩统计合成是否有误、答卷是否漏评，不涉及评分标准的掌握宽严问题。</w:t>
      </w:r>
    </w:p>
    <w:p>
      <w:r>
        <w:t>已申请复查成绩的考生可于2021年5月中旬登录深圳招考网的招考查询相关栏目（网址：http://zkb.sz.gov.cn/zkcx/jylshks/fccjjgcx/）查询结果。</w:t>
      </w:r>
    </w:p>
    <w:p>
      <w:r>
        <w:t>附件：各考区教育局咨询电话及地址</w:t>
      </w:r>
    </w:p>
    <w:p>
      <w:r>
        <w:drawing>
          <wp:inline xmlns:a="http://schemas.openxmlformats.org/drawingml/2006/main" xmlns:pic="http://schemas.openxmlformats.org/drawingml/2006/picture">
            <wp:extent cx="6400800" cy="40165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694db1e37cd4deb357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165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790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