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2021年普高一类自主招生拟录名单公示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2021-07-24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https://szeb.sz.gov.cn/szzkw/zkgg/zkxx/content/post_9023200.html</w:t>
        </w:r>
      </w:hyperlink>
    </w:p>
    <w:p/>
    <w:p>
      <w:r>
        <w:t>公示已结束。</w:t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0232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