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关于《广东省2025年普通高等学校专升本招生专业目录及考试要求》增补及更正公告（一）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2025-01-10</w:t>
      </w:r>
    </w:p>
    <w:p>
      <w:r>
        <w:rPr>
          <w:sz w:val="18"/>
        </w:rPr>
        <w:t>来源  科教司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https://eea.gd.gov.cn/ptgk/content/post_4652297.html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https://eea.gd.gov.cn/tzgg/content/post_4652980.html</w:t>
        </w:r>
      </w:hyperlink>
    </w:p>
    <w:p/>
    <w:p>
      <w:r>
        <w:t>应有关高校要求，现对《广东省2025年普通高等学校专升本招生专业目录及考试要求》部分内容作如下增补及更正（见附件）。</w:t>
      </w:r>
    </w:p>
    <w:p>
      <w:r>
        <w:t>附件：</w:t>
      </w:r>
    </w:p>
    <w:p>
      <w:r>
        <w:t>1.《广东省2025年普通高等学校专升本招生专业目录及要求》增补表</w:t>
      </w:r>
    </w:p>
    <w:p>
      <w:r>
        <w:t>2.《广东省2025年普通高等学校专升本招生专业目录及要求》更正表</w:t>
      </w:r>
    </w:p>
    <w:p>
      <w:r>
        <w:t>广东省招生委员会办公室</w:t>
      </w:r>
    </w:p>
    <w:p>
      <w:r>
        <w:t>2025年1月10日</w:t>
      </w:r>
    </w:p>
    <w:p>
      <w:r>
        <w:drawing>
          <wp:inline xmlns:a="http://schemas.openxmlformats.org/drawingml/2006/main" xmlns:pic="http://schemas.openxmlformats.org/drawingml/2006/picture">
            <wp:extent cx="6400799" cy="759061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565031359ca00dc25c3db7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75906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799" cy="794150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82314880a42d9d8d33c41eb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794150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652297.html" TargetMode="External"/><Relationship Id="rId11" Type="http://schemas.openxmlformats.org/officeDocument/2006/relationships/hyperlink" Target="https://eea.gd.gov.cn/tzgg/content/post_4652980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