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关于2022年7月广东省中等职业技术教育专业技能课程实操科目考试（深圳考区）防疫工作的补充通知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https://szeb.sz.gov.cn/szzkw/zkgg/skxx/content/post_9899583.html</w:t>
        </w:r>
      </w:hyperlink>
    </w:p>
    <w:p/>
    <w:p>
      <w:r>
        <w:t>各位考生：</w:t>
      </w:r>
    </w:p>
    <w:p>
      <w:r>
        <w:t>6月25日-26日（本周六、日）我市将举行2022年7月广东省中等职业技术教育专业技能课程实操科目考试。根据我市新冠肺炎疫情防控形势，为确保考生和考试工作人员生命安全和身体健康，现就我市该项考试的疫情防控工作要求补充通知如下。</w:t>
      </w:r>
    </w:p>
    <w:p>
      <w:r>
        <w:t>一、考生须及时关注我市疫情防控最新要求，做好考前相关准备工作，继续做好每日身体健康状况监测，如实记录个人健康信息。</w:t>
      </w:r>
    </w:p>
    <w:p>
      <w:r>
        <w:t>二、所有考生须在考试当天向相关考点提供24小时内核酸检测阴性证明（或考前48小时内的核酸检测阴性证明和考前24小时核酸采样记录），方可参加考试。请所有考生提前做好相关准备。</w:t>
      </w:r>
    </w:p>
    <w:p>
      <w:r>
        <w:t>三、考生应提前1小时到达考点，配合考点进行疫情防控查验和相关措施落实。</w:t>
      </w:r>
    </w:p>
    <w:p>
      <w:r>
        <w:t>四、其他防疫事项，按照我办6月10日发布的《2022年7月广东省中等职业技术教育专业技能课程实操科目考试（深圳考区）温馨提示》执行。</w:t>
      </w:r>
    </w:p>
    <w:p>
      <w:r>
        <w:t>相关链接：《2022年7月广东省中等职业技术教育专业技能课程实操科目考试（深圳考区）温馨提示》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相关链接：《2022年7月广东省中等职业技术教育专业技能课程实操科目考试（深圳考区）温馨提示》</w:t>
        </w:r>
      </w:hyperlink>
    </w:p>
    <w:p>
      <w:r>
        <w:t>https://szeb.sz.gov.cn/szzkw/qt/tzgg/content/post_9877894.html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9899583.html" TargetMode="External"/><Relationship Id="rId11" Type="http://schemas.openxmlformats.org/officeDocument/2006/relationships/hyperlink" Target="https://szeb.sz.gov.cn/szzkw/qt/tzgg/content/post_987789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