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bb0acd0de21deb5414498058f0f36a96acaa84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bb0acd0de21deb5414498058f0f36a96acaa84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