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郑重声明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2021-05-03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https://szeb.sz.gov.cn/szzkw/zkgg/zkxx/content/post_8946041.html</w:t>
        </w:r>
      </w:hyperlink>
    </w:p>
    <w:p/>
    <w:p>
      <w:r>
        <w:t>近日，我局陆续接到多名家长咨询，称某教育栏目组织考生报名参加“集结中考命题人把控命题”的2021年新中考适应性评估。</w:t>
      </w:r>
    </w:p>
    <w:p>
      <w:r>
        <w:t>我局郑重声明，深圳市教育局、深圳市招生考试办公室、深圳市教育科学研究院从未委托或授权任何单位、个人举办此类活动。我局历来严禁各学科教研员针对中考命题进行专门性辅导，严禁学科教研员参与商业机构组织的辅导资料编写、评估考试命题和各类培训活动。所有参与中考命题的教师均需签订《保密协议》，不得暗示、透露与试题相关的任何内容及工作情况，未经组织同意，不得以命题人员身份出席任何会议、发表文章、编印散发中考复习资料。教师违反规定参与商业机构组织的中考辅导资料编印和培训活动，一经查实，将严肃处理。</w:t>
      </w:r>
    </w:p>
    <w:p>
      <w:r>
        <w:t>请广大考生和家长增强风险防范意识，认真甄别，尤其是要防范所谓“精准把握考试方向”的测试和培训，以防商业机构对考生的中考造成误导，影响考生正常升学。考生和家长可通过官方网站深圳市教育局（https://szeb.sz.gov.cn/）、深圳市招生考试办公室（http://zkb.sz.gov.cn/），官方微信“深圳教育”“深圳市招生考试办公室”“深圳市教育科学研究院”了解我市中考中招有关政策、要求及动态。</w:t>
      </w:r>
    </w:p>
    <w:p>
      <w:r>
        <w:t>来源：深圳市教育局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894604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