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广东省2025年普通高考温馨提示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https://eea.gd.gov.cn/ptgk/content/post_4720603.html</w:t>
        </w:r>
      </w:hyperlink>
    </w:p>
    <w:p/>
    <w:p>
      <w:r>
        <w:t>我省2025年普通高校招生全国统一考试（简称普通高考）将于6月7日至9日举行。省教育考试院特别提醒广大考生：</w:t>
      </w:r>
    </w:p>
    <w:p>
      <w:r>
        <w:t>一、备齐证件文具，确保规范应考</w:t>
      </w:r>
    </w:p>
    <w:p>
      <w:r>
        <w:t>1.提前打印准考证。准考证正、反两面在考试期间均不得涂改、书写或做标记；否则将按考试作弊处理。如发生误涂、误写等，应在进入考点考试封闭区前重新打印准考证。</w:t>
      </w:r>
    </w:p>
    <w:p>
      <w:r>
        <w:t>2.规范携带考试用具。除2B铅笔、书写黑色字迹的钢笔或签字笔、直尺、圆规、三角板、橡皮、透明文具袋、透明水杯外，其他任何物品不准带入考点考试封闭区和考场。考生应通过正规渠道购买正牌2Ｂ铅笔，并规范填涂答题卡信息点，否则会影响答题卡扫描。</w:t>
      </w:r>
    </w:p>
    <w:p>
      <w:r>
        <w:t>3.自查是否携带违禁物品。严禁携带各种无线通讯工具（如手机、无线耳机、智能手表、智能手环、智能眼镜等）、电子存储记忆录放设备、涂改液、修正带以及不透明的文具盒（袋、套）、不透明水杯（含饮料）等物品进入考点封闭区和考场。如有携带，可交由考点统一存放（只提供存放场所，不负责存放物品的保管），或交带队老师保管。</w:t>
      </w:r>
    </w:p>
    <w:p>
      <w:r>
        <w:t>二、准时抵达考场，确保从容应考</w:t>
      </w:r>
    </w:p>
    <w:p>
      <w:r>
        <w:t>4.密切关注天气变化。近期降雨较多，请考生结合考点考场位置、考试时间、天气及交通等情况，提前规划行程路线，避免恶劣天气影响赴考。</w:t>
      </w:r>
    </w:p>
    <w:p>
      <w:r>
        <w:t>5.预留充足安检时间。我省普通高考继续实行“2+1”安检模式，即考生进入考场须经过“2次金属探测仪（考点考试封闭区入口、考场入口各1次）+1次智能安检门（考点考试封闭区入口安检通道）”检测。考生应服从考务人员管理，自觉接受安全检查，不得以任何理由妨碍考务人员履职，不得扰乱考试秩序。</w:t>
      </w:r>
    </w:p>
    <w:p>
      <w:r>
        <w:t>6.核查考场及座位信息。一般情况下，考生6月9日的考场与6月7—8日的考场不同，6月9日上午的考场与下午的考场不同。考生应按照考点安排提前熟悉考试场地。进入考场前应检查考场是否与准考证一致。进入考场后，须按指定位置入座。未在规定的座位参加考试，将按考试违纪处理。</w:t>
      </w:r>
    </w:p>
    <w:p>
      <w:r>
        <w:t>7.按时进入、离开考场。有听力的外语考试将在开考前15分钟禁止进入考场参加听力考试，其他科目在开考15分钟后禁止进入考点考试封闭区。语文、数学、外语每科考试结束前30分钟起方可交卷出场，交卷出场后不得再进场续考，也不得在考场附近逗留或交谈。物理、历史、化学、地理、思想政治、生物学科目不允许考生提前交卷。</w:t>
      </w:r>
    </w:p>
    <w:p>
      <w:r>
        <w:t>三、严守考场规则，确保诚信应考</w:t>
      </w:r>
    </w:p>
    <w:p>
      <w:r>
        <w:t>8.自觉服从考试指令。考生要严格遵守有关法律、法规和考试有关规定。开考信号发出后，考生方可开始答题；考试结束信号发出后，考生应立即停笔，将答题卡和试卷反扣桌面，双手放下。抢先或延时答题的，将按考试违纪处理。</w:t>
      </w:r>
    </w:p>
    <w:p>
      <w:r>
        <w:t>9.严格遵守考场纪律。考生在考场内须保持安静，不得喧哗、交头接耳、左顾右盼、打手势、做暗号，不得吸烟，不得夹带、旁窥、抄袭或有意让他人抄袭，不准传抄答案或交换试卷、答题卡、草稿纸，不得传递工具、物品等，不得将试卷、答题卡或草稿纸带出考场。</w:t>
      </w:r>
    </w:p>
    <w:p>
      <w:r>
        <w:t>今年高考，我省各地精准打造防范作弊“六位一体”防护网，各考点实现“智能安检门”全配备并升级完善，严防考生携带手机、智能手表等违禁物品进入考点考场；无线电信号（含5G）屏蔽全覆盖，确保手机等通讯工具用不了；启用考场实时智能巡查系统，利用人工智能技术实时监控考试违规行为；视频监控网上巡查系统实现所有考点、考场全部署，考场情况全程监控录像，视频监考员、智能巡考视频审核员等实时开展全方位、全覆盖视频巡查，视频录像回放可查证考生违纪情况。请广大考生诚信考试，切勿存在侥幸心理。</w:t>
      </w:r>
    </w:p>
    <w:p>
      <w:r>
        <w:t>最后，衷心祝愿每位考生全力以赴，取得佳绩！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206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