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2020年全国高考延期一个月举行，考试时间为7月7日至8日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2020-03-31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https://szeb.sz.gov.cn/szzkw/zcwj/content/post_8948891.html</w:t>
        </w:r>
      </w:hyperlink>
    </w:p>
    <w:p/>
    <w:p>
      <w:r>
        <w:t>经党中央、国务院同意，2020年全国普通高等学校招生统一考试（以下简称“高考”）延期一个月举行，考试时间为7月7日至8日。</w:t>
      </w:r>
    </w:p>
    <w:p>
      <w:r>
        <w:t>具体科目考试时间安排为:7月7日，语文9:00至11:30；数学15:00至17:00。7月8日，文科综合/理科综合9:00至11:30；外语15:00至17:00。</w:t>
      </w:r>
    </w:p>
    <w:p>
      <w:r>
        <w:t>湖北省、北京市可根据疫情防控情况，研究提出本地区高考时间安排的意见，商教育部同意后及时向社会发布。</w:t>
      </w:r>
    </w:p>
    <w:p>
      <w:r>
        <w:t>教  育  部</w:t>
      </w:r>
    </w:p>
    <w:p>
      <w:r>
        <w:t>2020年3月31日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488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