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我省提前批专科农村卫生专项正式投档</w:t>
      </w:r>
    </w:p>
    <w:p>
      <w:r>
        <w:rPr>
          <w:sz w:val="18"/>
        </w:rPr>
        <w:t>整理归属  广东省教育考试院</w:t>
      </w:r>
    </w:p>
    <w:p>
      <w:r>
        <w:rPr>
          <w:sz w:val="18"/>
        </w:rPr>
        <w:t>发布日期  2024-08-03</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https://eea.gd.gov.cn/news/content/post_4468492.html</w:t>
        </w:r>
      </w:hyperlink>
    </w:p>
    <w:p>
      <w:r>
        <w:t xml:space="preserve">同文来源  </w:t>
      </w:r>
      <w:hyperlink r:id="rId11">
        <w:r>
          <w:rPr>
            <w:color w:val="18548A"/>
          </w:rPr>
          <w:t>https://eea.gd.gov.cn/ptgk/content/post_4468491.html</w:t>
        </w:r>
      </w:hyperlink>
    </w:p>
    <w:p>
      <w:r>
        <w:t xml:space="preserve">同文来源  </w:t>
      </w:r>
      <w:hyperlink r:id="rId12">
        <w:r>
          <w:rPr>
            <w:color w:val="18548A"/>
          </w:rPr>
          <w:t>https://eea.gd.gov.cn/zwgk/sjfb/tjsj/content/post_4468493.html</w:t>
        </w:r>
      </w:hyperlink>
    </w:p>
    <w:p/>
    <w:p>
      <w:r>
        <w:t>目前，我省2024年普通高考提前批专科定向培养军士征集志愿及提前批专科农村卫生专项已完成投档录取工作。</w:t>
      </w:r>
    </w:p>
    <w:p>
      <w:r>
        <w:t>提前批专科定向培养军士征集志愿共录取30人，其中普通类（历史）6人，普通类（物理）24人。提前批专科农村卫生专项共录取1136人，其中普通类（历史）97人，普通类（物理）1039人。即日起，考生可陆续查询到录取结果。</w:t>
      </w:r>
    </w:p>
    <w:p>
      <w:r>
        <w:t>根据招生录取工作安排，省招生办于8月3-4日分别进行专科批次普通类及艺体类的预投档工作，预计专科批次正式投档于8月4-5日进行。请广大考生密切关注广东省教育考试院官网官微有关公告，及时获取相关信息。</w:t>
      </w:r>
    </w:p>
    <w:p>
      <w:r>
        <w:t>投档情况</w:t>
      </w:r>
    </w:p>
    <w:p>
      <w:pPr>
        <w:pStyle w:val="Heading1"/>
      </w:pPr>
      <w:r>
        <w:t>附件及下载链接</w:t>
      </w:r>
    </w:p>
    <w:p>
      <w:hyperlink r:id="rId13">
        <w:r>
          <w:rPr>
            <w:color w:val="18548A"/>
          </w:rPr>
          <w:t>投档情况</w:t>
        </w:r>
      </w:hyperlink>
    </w:p>
    <w:p>
      <w:r>
        <w:rPr>
          <w:sz w:val="16"/>
        </w:rPr>
        <w:t>https://eea.gd.gov.cn/attachment/0/555/555939/4468492.zip</w:t>
      </w:r>
    </w:p>
    <w:p>
      <w:pPr>
        <w:pStyle w:val="Heading1"/>
      </w:pPr>
      <w:r>
        <w:t>正文相关链接</w:t>
      </w:r>
    </w:p>
    <w:p>
      <w:hyperlink r:id="rId14">
        <w:r>
          <w:rPr>
            <w:color w:val="18548A"/>
          </w:rPr>
          <w:t>投档情况</w:t>
        </w:r>
      </w:hyperlink>
    </w:p>
    <w:p>
      <w:r>
        <w:t>https://eea.gd.gov.cn/attachment/0/555/555939/4468491.zip</w:t>
      </w:r>
    </w:p>
    <w:p>
      <w:hyperlink r:id="rId15">
        <w:r>
          <w:rPr>
            <w:color w:val="18548A"/>
          </w:rPr>
          <w:t>投档情况</w:t>
        </w:r>
      </w:hyperlink>
    </w:p>
    <w:p>
      <w:r>
        <w:t>https://eea.gd.gov.cn/attachment/0/555/555939/4468493.zip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68492.html" TargetMode="External"/><Relationship Id="rId11" Type="http://schemas.openxmlformats.org/officeDocument/2006/relationships/hyperlink" Target="https://eea.gd.gov.cn/ptgk/content/post_4468491.html" TargetMode="External"/><Relationship Id="rId12" Type="http://schemas.openxmlformats.org/officeDocument/2006/relationships/hyperlink" Target="https://eea.gd.gov.cn/zwgk/sjfb/tjsj/content/post_4468493.html" TargetMode="External"/><Relationship Id="rId13" Type="http://schemas.openxmlformats.org/officeDocument/2006/relationships/hyperlink" Target="https://eea.gd.gov.cn/attachment/0/555/555939/4468492.zip" TargetMode="External"/><Relationship Id="rId14" Type="http://schemas.openxmlformats.org/officeDocument/2006/relationships/hyperlink" Target="https://eea.gd.gov.cn/attachment/0/555/555939/4468491.zip" TargetMode="External"/><Relationship Id="rId15" Type="http://schemas.openxmlformats.org/officeDocument/2006/relationships/hyperlink" Target="https://eea.gd.gov.cn/attachment/0/555/555939/4468493.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