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https://szeb.sz.gov.cn/szzkw/zkcx/zxks/zkzy/zkcc/content/post_8949049.html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dfabf6caa5057120722cca0b2576cd4c88134ae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dfabf6caa5057120722cca0b2576cd4c88134ae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4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