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10月份自学考试准考证打印温馨提示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2022-09-29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https://eea.gd.gov.cn/tzgg/content/post_4022495.html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https://eea.gd.gov.cn/zxks/content/post_4022496.html</w:t>
        </w:r>
      </w:hyperlink>
    </w:p>
    <w:p/>
    <w:p>
      <w:r>
        <w:t>各位考生：</w:t>
      </w:r>
    </w:p>
    <w:p>
      <w:r>
        <w:t>2022年10月22日至25自学考试准考证打印时间于10月8日起开通。为方便考生查阅操作，现将有关准考证打印时间再次提醒如下：</w:t>
      </w:r>
    </w:p>
    <w:p>
      <w:r>
        <w:t>一、4月自学考试全国统考课程延期考试（10月24、25日开考）准考证打印时间：</w:t>
      </w:r>
    </w:p>
    <w:p>
      <w:r>
        <w:t>10月8日上午10:00—10日下午17:30（请在该时间段内打印准考证，过期不安排补打印）</w:t>
      </w:r>
    </w:p>
    <w:p>
      <w:r>
        <w:t>二、10月自学考试（10月22、23日开考）准考证打印时间：</w:t>
      </w:r>
    </w:p>
    <w:p>
      <w:r>
        <w:t>10月12日上午10:00—21日下午17:30</w:t>
      </w:r>
    </w:p>
    <w:p>
      <w:r>
        <w:t>请广大考生根据自己报考场次，及时打印准考证。考生在打印准考证过程中如遇问题，请向当地市自考办咨询。</w:t>
      </w:r>
    </w:p>
    <w:p>
      <w:r>
        <w:t>广东省自学考试委员会办公室</w:t>
      </w:r>
    </w:p>
    <w:p>
      <w:r>
        <w:t>2022年9月29日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22495.html" TargetMode="External"/><Relationship Id="rId11" Type="http://schemas.openxmlformats.org/officeDocument/2006/relationships/hyperlink" Target="https://eea.gd.gov.cn/zxks/content/post_40224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