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我省2026年专科第二次征集志愿投档情况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2026-08-13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https://eea.gd.gov.cn/news/content/post_4942038.html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https://eea.gd.gov.cn/ptgk/content/post_4942026.html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https://eea.gd.gov.cn/zwgk/sjfb/tjsj/content/post_4942039.html</w:t>
        </w:r>
      </w:hyperlink>
    </w:p>
    <w:p/>
    <w:p>
      <w:r>
        <w:t>我省2026年专科普通类（含历史、物理等2个类别）第二次征集志愿已完成投档，现公布投档情况（附件1-2）。</w:t>
      </w:r>
    </w:p>
    <w:p>
      <w:r>
        <w:t>1.广东省2026年专科普通类(历史)第二次征集志愿投档情况</w:t>
      </w:r>
    </w:p>
    <w:p>
      <w:r>
        <w:t>2.广东省2026年专科普通类(物理)第二次征集志愿投档情况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1.广东省2026年专科普通类(历史)第二次征集志愿投档情况</w:t>
        </w:r>
      </w:hyperlink>
    </w:p>
    <w:p>
      <w:r>
        <w:rPr>
          <w:sz w:val="16"/>
        </w:rPr>
        <w:t>https://eea.gd.gov.cn/attachment/0/622/622128/4942038.pdf</w:t>
      </w:r>
    </w:p>
    <w:p>
      <w:hyperlink r:id="rId14">
        <w:r>
          <w:rPr>
            <w:color w:val="18548A"/>
          </w:rPr>
          <w:t>2.广东省2026年专科普通类(物理)第二次征集志愿投档情况</w:t>
        </w:r>
      </w:hyperlink>
    </w:p>
    <w:p>
      <w:r>
        <w:rPr>
          <w:sz w:val="16"/>
        </w:rPr>
        <w:t>https://eea.gd.gov.cn/attachment/0/622/622129/4942038.pdf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1.广东省2026年专科普通类(历史)第二次征集志愿投档情况</w:t>
        </w:r>
      </w:hyperlink>
    </w:p>
    <w:p>
      <w:r>
        <w:t>https://eea.gd.gov.cn/attachment/0/622/622128/4942026.pdf</w:t>
      </w:r>
    </w:p>
    <w:p>
      <w:hyperlink r:id="rId16">
        <w:r>
          <w:rPr>
            <w:color w:val="18548A"/>
          </w:rPr>
          <w:t>2.广东省2026年专科普通类(物理)第二次征集志愿投档情况</w:t>
        </w:r>
      </w:hyperlink>
    </w:p>
    <w:p>
      <w:r>
        <w:t>https://eea.gd.gov.cn/attachment/0/622/622129/4942026.pdf</w:t>
      </w:r>
    </w:p>
    <w:p>
      <w:hyperlink r:id="rId17">
        <w:r>
          <w:rPr>
            <w:color w:val="18548A"/>
          </w:rPr>
          <w:t>1.广东省2026年专科普通类(历史)第二次征集志愿投档情况</w:t>
        </w:r>
      </w:hyperlink>
    </w:p>
    <w:p>
      <w:r>
        <w:t>https://eea.gd.gov.cn/attachment/0/622/622128/4942039.pdf</w:t>
      </w:r>
    </w:p>
    <w:p>
      <w:hyperlink r:id="rId18">
        <w:r>
          <w:rPr>
            <w:color w:val="18548A"/>
          </w:rPr>
          <w:t>2.广东省2026年专科普通类(物理)第二次征集志愿投档情况</w:t>
        </w:r>
      </w:hyperlink>
    </w:p>
    <w:p>
      <w:r>
        <w:t>https://eea.gd.gov.cn/attachment/0/622/622129/4942039.pdf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942038.html" TargetMode="External"/><Relationship Id="rId11" Type="http://schemas.openxmlformats.org/officeDocument/2006/relationships/hyperlink" Target="https://eea.gd.gov.cn/ptgk/content/post_4942026.html" TargetMode="External"/><Relationship Id="rId12" Type="http://schemas.openxmlformats.org/officeDocument/2006/relationships/hyperlink" Target="https://eea.gd.gov.cn/zwgk/sjfb/tjsj/content/post_4942039.html" TargetMode="External"/><Relationship Id="rId13" Type="http://schemas.openxmlformats.org/officeDocument/2006/relationships/hyperlink" Target="https://eea.gd.gov.cn/attachment/0/622/622128/4942038.pdf" TargetMode="External"/><Relationship Id="rId14" Type="http://schemas.openxmlformats.org/officeDocument/2006/relationships/hyperlink" Target="https://eea.gd.gov.cn/attachment/0/622/622129/4942038.pdf" TargetMode="External"/><Relationship Id="rId15" Type="http://schemas.openxmlformats.org/officeDocument/2006/relationships/hyperlink" Target="https://eea.gd.gov.cn/attachment/0/622/622128/4942026.pdf" TargetMode="External"/><Relationship Id="rId16" Type="http://schemas.openxmlformats.org/officeDocument/2006/relationships/hyperlink" Target="https://eea.gd.gov.cn/attachment/0/622/622129/4942026.pdf" TargetMode="External"/><Relationship Id="rId17" Type="http://schemas.openxmlformats.org/officeDocument/2006/relationships/hyperlink" Target="https://eea.gd.gov.cn/attachment/0/622/622128/4942039.pdf" TargetMode="External"/><Relationship Id="rId18" Type="http://schemas.openxmlformats.org/officeDocument/2006/relationships/hyperlink" Target="https://eea.gd.gov.cn/attachment/0/622/622129/494203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