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暖心护考② | 全市齐发力，筑牢高考保障营垒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https://szeb.sz.gov.cn/szzkw/zkgg/gkxx/content/post_9839527.html</w:t>
        </w:r>
      </w:hyperlink>
    </w:p>
    <w:p/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32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99566e473642e992ec7f15fa1e4345cb9eef1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99566e473642e992ec7f15fa1e4345cb9eef1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99566e473642e992ec7f15fa1e4345cb9eef18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86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99566e473642e992ec7f15fa1e4345cb9eef18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506561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99566e473642e992ec7f15fa1e4345cb9eef18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656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3952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