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广东省教育考试院2022年下半年办公文具、生活及体育用品采购项目延期公告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2022-08-10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政府采购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https://eea.gd.gov.cn/zfcg/content/post_3991683.html</w:t>
        </w:r>
      </w:hyperlink>
    </w:p>
    <w:p/>
    <w:p>
      <w:r>
        <w:t>广东省教育考试院办公室于2022年8月8日在广东省教育考试院官网（https://eea.gd.gov.cn）上发布的广东省教育考试院2022年下半年办公文具、生活及体育用品采购项目（项目编号：YKY20220801045）询价公告，因时间调整原因，现将原询价公告部分内容作如下延期：</w:t>
      </w:r>
    </w:p>
    <w:p>
      <w:r>
        <w:t>一、延期事项</w:t>
      </w:r>
    </w:p>
    <w:p>
      <w:r>
        <w:t>1、原询价公告及询价文件中“询价报名时间”延期至2022年08月11日12：00。</w:t>
      </w:r>
    </w:p>
    <w:p>
      <w:r>
        <w:t>其他内容不变。</w:t>
      </w:r>
    </w:p>
    <w:p>
      <w:r>
        <w:t>原询价公告和询价文件内容有涉及本延期公告内容的，按本延期公告内容修改；有不符之处，以本延期公告内容为准。未涉及内容仍以询价公告和询价文件内容为准。</w:t>
      </w:r>
    </w:p>
    <w:p>
      <w:r>
        <w:t>二、联系事项</w:t>
      </w:r>
    </w:p>
    <w:p>
      <w:r>
        <w:t>采购人：广东省教育考试院</w:t>
      </w:r>
    </w:p>
    <w:p>
      <w:r>
        <w:t>联系人：梁老师</w:t>
      </w:r>
    </w:p>
    <w:p>
      <w:r>
        <w:t>联系电话：020-38627732</w:t>
      </w:r>
    </w:p>
    <w:p>
      <w:r>
        <w:t>联系地址：广东省天河区中山大道西69号</w:t>
      </w:r>
    </w:p>
    <w:p>
      <w:r>
        <w:t>广东省教育考试院办公室</w:t>
      </w:r>
    </w:p>
    <w:p>
      <w:r>
        <w:t>2022年08月10日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fcg/content/post_399168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