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https://szeb.sz.gov.cn/szzkw/zkcx/zxks/zkzy/bkcc/content/post_8949133.html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0ecbd2f203a6ea8c9dda7d841986cef70144585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0ecbd2f203a6ea8c9dda7d841986cef70144585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133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