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2019年中招第二批录取学校高一新生报到信息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https://szeb.sz.gov.cn/szzkw/zkgg/zkxx/content/post_8946117.html</w:t>
        </w:r>
      </w:hyperlink>
    </w:p>
    <w:p/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c71ed16eb22422c99c6adc0125b82f4cd0a83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c71ed16eb22422c99c6adc0125b82f4cd0a83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64541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c71ed16eb22422c99c6adc0125b82f4cd0a83e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541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1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