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https://szeb.sz.gov.cn/szzkw/zkcx/zxks/zkzy/bkcc/content/post_8949137.html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3973dcc6a66dd2b332f89a1455242fa396ebd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3973dcc6a66dd2b332f89a1455242fa396ebd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3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