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关于2020年4月我省自学考试报名报考的预通知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2020-02-14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https://szeb.sz.gov.cn/szzkw/zkgg/zkxx1/content/post_8949694.html</w:t>
        </w:r>
      </w:hyperlink>
    </w:p>
    <w:p/>
    <w:p>
      <w:r>
        <w:t>各有关考生：</w:t>
      </w:r>
    </w:p>
    <w:p>
      <w:r>
        <w:t>接广东省自学考试办公室通知，为做好新冠肺炎防控工作，切实保障广大考生和工作人员生命安全和身体健康，2020年4月我省自学考试报名报考全部线上进行，时间拟安排在3月上旬。具体事项另文通知。</w:t>
      </w:r>
    </w:p>
    <w:p>
      <w:r>
        <w:t>深圳市招生考试办公室</w:t>
      </w:r>
    </w:p>
    <w:p>
      <w:r>
        <w:t>2020年2月13日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