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市招考办召开2022年高考升学辅导培训会议6月26日将举办线上高考招生咨询会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2022-06-25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https://szeb.sz.gov.cn/szzkw/zkgg/gkxx/content/post_9911427.html</w:t>
        </w:r>
      </w:hyperlink>
    </w:p>
    <w:p/>
    <w:p>
      <w:r>
        <w:t>2022年广东省普通高考成绩已于6月24日放榜，省教育考试院已公布各批次最低控制录取分数线，广东新高考的落地实施，给考生课程学习、生涯规划增加更多的选择性，更有利于学生个性化发展。一直以来，市教育局、市招考办非常重视深圳学生的升学规划和高考志愿填报工作，2014年开始，市招考办在各高中学校建立升学辅导员制度，为高中学校的升学辅导员举办一系列的培训活动。为进一步增强我市高考考生志愿填报的科学性和合理性，6月25日，我市召开2022年高考升学辅导培训视频会议，本次会议邀请广东省教育考试院及深圳大学的专家做了专项培训，各区（新区）教育行政部门、各高中学校有关负责同志参加了培训会。同时采取直播的方式，让全体深圳高考考生、家长收看培训会。</w:t>
      </w:r>
    </w:p>
    <w:p>
      <w:r>
        <w:t>培训会上，广东省教育考试院专家围绕2022年新高考录取的相关政策和如何科学合理填报志愿等问题，从录取批次、志愿填报的相关说明、征集志愿投档、填报技巧和风险的规避等方面进行了专业的讲解。深圳大学升学辅导专家分析实际案例，详细讲解高考志愿填报等高中生涯规划的核心问题及解决方法，提醒考生要认真查看招生章程规定条件，看清专业计划信息，注意志愿填报的梯度。最后，结合我市实际情况，市招考办进一步部署我市今年高考考生志愿填报工作。</w:t>
      </w:r>
    </w:p>
    <w:p>
      <w:r>
        <w:t>为方便在广东省招生的全国普通高等院校宣传招生政策、招生信息和办学情况,并为广大考生提供向招生学校咨询的机会，帮助考生更好地了解各高校的办学特点和专业信息，科学填报志愿,市招考办定于6月26日至30日通过“深圳高考咨询”平台举办线上现场咨询会，活动向全市考生及家长免费开放，欢迎广大考生、家长前往咨询。</w:t>
      </w:r>
    </w:p>
    <w:p>
      <w:r>
        <w:drawing>
          <wp:inline xmlns:a="http://schemas.openxmlformats.org/drawingml/2006/main" xmlns:pic="http://schemas.openxmlformats.org/drawingml/2006/picture">
            <wp:extent cx="6400800" cy="783298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7161d2900fd50d1837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83298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9911427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