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广东省2024年普通高校招生录取工作日程表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https://eea.gd.gov.cn/news/content/post_4450721.html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https://eea.gd.gov.cn/ptgk/content/post_4450281.html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提前录取批次普通类院校、经批准可在提前批录取本科艺术类院校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统考+校考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7月8—12日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空军、海军招飞院校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7月9日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军检院校（含需军检面试的军队、武警、公安、司法、消防、民航招飞院校）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7月10—12日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戏曲类省际联考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7月13日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非军检院校（含师范、农林、小语种及经批准的本科院校）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7月13日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本科层次教师专项计划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7月13—14日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本科层次教师专项计划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7月14日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本科层次卫生专项计划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7月14—15日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特殊类型招生院校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7月16—18日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本科录取批次普通类院校，艺术类、体育类本科院校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专业省统考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7月17—24日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普通类本科院校（含地方专项计划、少数民族班、各类预科班院校）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7月18—24日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7月25—31日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专科录取批次普通类院校，艺术类、体育类专科院校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专业省统考戏曲类省际联考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8月3—7日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专科提前批定向培养军士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8月1—2日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专科提前批定向培养军士征集志愿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8月2—3日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专科层次卫生专项计划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普通类专科院校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8月4—8日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艺体类院校及普通类专科层次卫生专项计划、专科院校征集志愿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8月8日—14日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注：招生录取工作日程表如有变动，请以省教育考试院官微官网相关通知为准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50721.html" TargetMode="External"/><Relationship Id="rId11" Type="http://schemas.openxmlformats.org/officeDocument/2006/relationships/hyperlink" Target="https://eea.gd.gov.cn/ptgk/content/post_445028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