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2022年中考及初二学业水平考试疫情防控温馨提示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https://szeb.sz.gov.cn/szzkw/zkgg/zkxx/content/post_9878292.html</w:t>
        </w:r>
      </w:hyperlink>
    </w:p>
    <w:p/>
    <w:p>
      <w:r>
        <w:t>2022年深圳市初中毕业生学业水平考试将于6月26日至28日进行，初二生物与地理学业水平考试将于6月28日下午进行。为落实防疫工作要求，保障考生顺利参加考试，确保考生身体健康和生命安全，深圳市招考办请考生及家长朋友知悉并遵守以下防疫要求：</w:t>
      </w:r>
    </w:p>
    <w:p>
      <w:r>
        <w:t>一、持续关注粤康码状态</w:t>
      </w:r>
    </w:p>
    <w:p>
      <w:r>
        <w:t>考生须再次检查自身粤康码申报情况，并持续关注其状态，社会考生由各社会报名点负责引导申报粤康码。未申报粤康码的考生不予发放准考证，不得参加考试。</w:t>
      </w:r>
    </w:p>
    <w:p>
      <w:r>
        <w:t>二、考前14天起进行健康状况监测和上报</w:t>
      </w:r>
    </w:p>
    <w:p>
      <w:r>
        <w:t>从6月12日开始，所有考生和涉考人员须进行连续14天健康监测。监测期间凡出现发热、干咳、乏力、嗅觉味觉减退、鼻塞、流涕、咽痛、结膜炎、肌痛和腹泻等症状的，应及时就医并报告。</w:t>
      </w:r>
    </w:p>
    <w:p>
      <w:r>
        <w:t>我市在校初三考生的健康监测信息由所在初中学校统一申报，实行每日“零报告”和“异常报告”制度。</w:t>
      </w:r>
    </w:p>
    <w:p>
      <w:r>
        <w:t>社会类考生健康监测信息实行自主上报，由考生本人（或亲属代替）每天16:00前通过“深圳市招生考试办公室”微信公众号的“考生服务-健康申报”功能上报。</w:t>
      </w:r>
    </w:p>
    <w:p>
      <w:r>
        <w:t>三、尽量减少出行，做好个人防护</w:t>
      </w:r>
    </w:p>
    <w:p>
      <w:r>
        <w:t>所有考生及家庭同住人员要严格遵守属地疫情防控相关规定和要求，切实做好个人健康防护，考前尽量避免去人群流动性较大的公共场所，不参加聚集性活动，不接触有疫情传播风险的人员和物品，不得去中高风险地区。</w:t>
      </w:r>
    </w:p>
    <w:p>
      <w:r>
        <w:t>四、外地考生应提前返回深圳备考</w:t>
      </w:r>
    </w:p>
    <w:p>
      <w:r>
        <w:t>当前疫情形势复杂多变，为确保能够顺利参加考试，请外地考生在遵守防疫要求的前提下，于6月12日前（考前14天）返回深圳市备考。</w:t>
      </w:r>
    </w:p>
    <w:p>
      <w:r>
        <w:t>外地返深的考生应提前了解深圳市疫情防控相关要求，特别从高风险地区（含境内外）、中风险地区、高风险地区所在县（市、区）及参照高风险地区管理的地市、有社区暴发疫情的地市、有明显社区传播的地市（或县、区、旗）和国内疫情多点散发时有病例报告的地市（或县、区、旗）返深的考生，应预留足够时间执行深圳隔离防疫政策，以免影响考试。</w:t>
      </w:r>
    </w:p>
    <w:p>
      <w:r>
        <w:t>预祝广大考生考试顺利！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8782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