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b976d0f9d5d433939c3275416f11dc59eb1ef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b976d0f9d5d433939c3275416f11dc59eb1ef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