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2019年补录批录取学校高一新生报到信息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2019-08-03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https://szeb.sz.gov.cn/szzkw/zkgg/zkxx/content/post_8946114.html</w:t>
        </w:r>
      </w:hyperlink>
    </w:p>
    <w:p/>
    <w:p>
      <w:pPr>
        <w:keepNext/>
      </w:pPr>
      <w:r>
        <w:t>原图分页 1/3</w:t>
      </w:r>
    </w:p>
    <w:p>
      <w:r>
        <w:drawing>
          <wp:inline xmlns:a="http://schemas.openxmlformats.org/drawingml/2006/main" xmlns:pic="http://schemas.openxmlformats.org/drawingml/2006/picture">
            <wp:extent cx="6400800" cy="38053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f0d51fa493adce2f12afffea8e17e4175072d62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5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2/3</w:t>
      </w:r>
    </w:p>
    <w:p>
      <w:r>
        <w:drawing>
          <wp:inline xmlns:a="http://schemas.openxmlformats.org/drawingml/2006/main" xmlns:pic="http://schemas.openxmlformats.org/drawingml/2006/picture">
            <wp:extent cx="6400800" cy="814647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f0d51fa493adce2f12afffea8e17e4175072d62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64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3/3</w:t>
      </w:r>
    </w:p>
    <w:p>
      <w:r>
        <w:drawing>
          <wp:inline xmlns:a="http://schemas.openxmlformats.org/drawingml/2006/main" xmlns:pic="http://schemas.openxmlformats.org/drawingml/2006/picture">
            <wp:extent cx="6400800" cy="2096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f0d51fa493adce2f12afffea8e17e4175072d62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09665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1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