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https://szeb.sz.gov.cn/szzkw/zkcx/zxks/zkzy/bkcc/content/post_8949136.html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889919bb90dc9e575e6c2f32561bc19d4c6f5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889919bb90dc9e575e6c2f32561bc19d4c6f5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3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