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自考专业数据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2019-06-14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专科层次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https://szeb.sz.gov.cn/szzkw/zkcx/zxks/zkzy/zkcc/content/post_8949027.html</w:t>
        </w:r>
      </w:hyperlink>
    </w:p>
    <w:p/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797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569ecb8987738946dc815e256c1aa343f3520a3-000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797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243703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569ecb8987738946dc815e256c1aa343f3520a3-001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243703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cx/zxks/zkzy/zkcc/content/post_8949027.html" TargetMode="Externa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