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47049f51d63fecdde97f78e7dedbf0613d346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47049f51d63fecdde97f78e7dedbf0613d346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