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2022年1月广东省中等职业技术教育专业技能课程考试温馨提示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2021-12-24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https://szeb.sz.gov.cn/szzkw/zkgg/skxx/content/post_9477330.html</w:t>
        </w:r>
      </w:hyperlink>
    </w:p>
    <w:p/>
    <w:p>
      <w:r>
        <w:t>各位考生：</w:t>
      </w:r>
    </w:p>
    <w:p>
      <w:r>
        <w:t>2022年1月广东省中等职业技术教育专业技能课程考试全省理论统考和《会计》《美术基础》操作技能考试深圳考区将于2022年1月7日（星期五）举行。为确保考务和防疫工作“双安全”，现将有关事项提示如下：</w:t>
      </w:r>
    </w:p>
    <w:p>
      <w:r>
        <w:t>考生须知</w:t>
      </w:r>
    </w:p>
    <w:p>
      <w:r>
        <w:t>一、准考证打印。考生可通过专业技能课程考试报名网站（http://www.eeagd.edu.cn/jzbm）自行下载并打印准考证，按照准考证上规定的时间、地点及要求参加考试。</w:t>
      </w:r>
    </w:p>
    <w:p>
      <w:r>
        <w:t>二、自觉进行健康监测。12月24日起，所有考生须进行考前连续14天自我健康观察，并通过广东省教育考试院微信公众号【办事服务—健康上报】每日申报个人健康情况和行动轨迹。未按要求申报的考生须提供考前48小时内核酸检测阴性证明，方可参加考试。</w:t>
      </w:r>
    </w:p>
    <w:p>
      <w:r>
        <w:t>考前14天有发热、干咳、乏力、鼻塞、流涕、咽痛、腹泻等可疑症状（下称可疑症状）、有境外或中高风险地区活动轨迹或粤康码红码的人员，应及时前往医院发热门诊进行核酸检测，就医排查，凭48小时内核酸检测阴性证明参加考试。有可疑症状的考生，经卫生专业人员评估后可以进入考点备用考场考试。不服从安排或故意隐瞒身体异常情况，造成严重后果的，取消考试资格并依法追究责任。</w:t>
      </w:r>
    </w:p>
    <w:p>
      <w:r>
        <w:t>三、考试期间积极配合防疫工作。考试当天，考生应提前1小时到达考点。所有进入考点的考生沿体温检测通道逐一接受体温检测，考生进入考场前须佩戴口罩，进入考场后，可自主决定是否继续佩戴口罩。考生凭“粤康码”、准考证、身份证和“14天健康状况和行动轨迹申报记录”截图打印件，体温检测低于37.3℃的可正常进入考点参加考试。</w:t>
      </w:r>
    </w:p>
    <w:p>
      <w:r>
        <w:t>四、考试工具。理论考试时考生只准携带必要的考试文具，如签字笔、2B铅笔、尺子、橡皮进入考场，禁止携带任何书籍、笔记、资料、报刊、草稿纸以及无线电通讯工具、录放音机、电子记事本或有存储、编程、查询功能的电子设备、不透明水杯、不透明文具袋（盒）等物品进入考场。操作技能考试可以根据实际操作需要携带考试规定的用具进入考场。</w:t>
      </w:r>
    </w:p>
    <w:p>
      <w:r>
        <w:t>五、考试规则。</w:t>
      </w:r>
    </w:p>
    <w:p>
      <w:r>
        <w:t>1、考生必须严格按要求做答，不得在答卷或答题卡上做任何标记。书写部分一律用黑色字迹签字笔作答，填涂信息点时只能用铅笔（2B）涂黑。考生只能在属于考生作答的位置书写或填涂信息点。不按规定要求填涂和作答的，答题卡一律无效。</w:t>
      </w:r>
    </w:p>
    <w:p>
      <w:r>
        <w:t>2、开考15分钟后考生不得进入考场。考试结束前30分钟，方可交卷离开考场，出场后不得重返考场。</w:t>
      </w:r>
    </w:p>
    <w:p>
      <w:r>
        <w:t>3、考试结束铃声响时，考生要立即停止答题，将试卷反向扣放在桌面上，等待监考员收卷，待监考员允许后方可离开考场。</w:t>
      </w:r>
    </w:p>
    <w:p>
      <w:r>
        <w:t>4.考试结束后，考生要按监考员的指令有序离场，保持人员间距，减少交谈，避免人群聚集。</w:t>
      </w:r>
    </w:p>
    <w:p>
      <w:r>
        <w:t>请考生按上述要求提前做好备考工作，按时赴考，诚信参加考试。预祝各位考生考试顺利！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4773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