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2024年上半年全国中小学教师资格考试笔试成绩即将公布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2024-04-11</w:t>
      </w:r>
    </w:p>
    <w:p>
      <w:r>
        <w:rPr>
          <w:sz w:val="18"/>
        </w:rPr>
        <w:t>来源  教育部考试中心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https://eea.gd.gov.cn/news/content/post_4405537.html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https://eea.gd.gov.cn/shks/content/post_4405505.html</w:t>
        </w:r>
      </w:hyperlink>
    </w:p>
    <w:p/>
    <w:p>
      <w:r>
        <w:t>2024年上半年全国中小学教师资格考试笔试成绩将于4月12日10:00公布，考生可登录中小学教师资格考试网（网址：http://ntce.neea.edu.cn）查询成绩。</w:t>
      </w:r>
    </w:p>
    <w:p>
      <w:r>
        <w:t>如对成绩有异议，考生可于4月25日前，按所在考区教育考试机构（联系方式见附件）规定的程序向其提出复核申请，申请须注明申请人准考证号、姓名、身份证号、需复核科目代码、网上查询到的成绩以及联系电话等。</w:t>
      </w:r>
    </w:p>
    <w:p>
      <w:r>
        <w:t>面试报名事项可查阅广东省教育厅网站（网址：http://edu.gd.gov.cn）相关通告。</w:t>
      </w:r>
    </w:p>
    <w:p>
      <w:r>
        <w:t>附件：广东省全国中小学教师资格考试笔试工作联系方式</w:t>
      </w:r>
    </w:p>
    <w:p>
      <w:pPr>
        <w:keepNext/>
      </w:pPr>
      <w:r>
        <w:t>原图分页 1/4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20702498bb96d14b20a126b607a770c2b32248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2/4</w:t>
      </w:r>
    </w:p>
    <w:p>
      <w:r>
        <w:drawing>
          <wp:inline xmlns:a="http://schemas.openxmlformats.org/drawingml/2006/main" xmlns:pic="http://schemas.openxmlformats.org/drawingml/2006/picture">
            <wp:extent cx="6400799" cy="81512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20702498bb96d14b20a126b607a770c2b32248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151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3/4</w:t>
      </w:r>
    </w:p>
    <w:p>
      <w:r>
        <w:drawing>
          <wp:inline xmlns:a="http://schemas.openxmlformats.org/drawingml/2006/main" xmlns:pic="http://schemas.openxmlformats.org/drawingml/2006/picture">
            <wp:extent cx="6400799" cy="815123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20702498bb96d14b20a126b607a770c2b32248-00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151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4/4</w:t>
      </w:r>
    </w:p>
    <w:p>
      <w:r>
        <w:drawing>
          <wp:inline xmlns:a="http://schemas.openxmlformats.org/drawingml/2006/main" xmlns:pic="http://schemas.openxmlformats.org/drawingml/2006/picture">
            <wp:extent cx="6400799" cy="83085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20702498bb96d14b20a126b607a770c2b32248-00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308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05537.html" TargetMode="External"/><Relationship Id="rId11" Type="http://schemas.openxmlformats.org/officeDocument/2006/relationships/hyperlink" Target="https://eea.gd.gov.cn/shks/content/post_4405505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