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https://szeb.sz.gov.cn/szzkw/zkcx/zxks/zkzy/bkcc/content/post_8949079.html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aa72b77072fb4e4805885ed11cafd6bff9c323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aa72b77072fb4e4805885ed11cafd6bff9c323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7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