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广东省2026年普通高考英语听说考试温馨提示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https://eea.gd.gov.cn/ptgk/content/post_4864434.html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https://eea.gd.gov.cn/news/content/post_4864674.html</w:t>
        </w:r>
      </w:hyperlink>
    </w:p>
    <w:p/>
    <w:p>
      <w:r>
        <w:t>一、及时打印准考证</w:t>
      </w:r>
    </w:p>
    <w:p>
      <w:r>
        <w:t>广东省2026年普通高考英语听说考试将于2026年3月14日至15日进行。3月10日9：00起，考生可登录广东省高考报名系统（网址：https://pg.eeagd.edu.cn/ks），进入准考证打印页面，自行打印准考证。请务必认真阅读准考证上的考生须知等内容，严格遵守各项要求。</w:t>
      </w:r>
    </w:p>
    <w:p>
      <w:r>
        <w:t>二、周密做好考前准备</w:t>
      </w:r>
    </w:p>
    <w:p>
      <w:r>
        <w:t>为确保顺利入场赴考，建议考生做好规范携带考试用品等各项考试准备，提前规划赴考路线，留足入场安检、身份验证时间，合理选择交通工具，避免因天气状况、交通拥堵等而影响考试。</w:t>
      </w:r>
    </w:p>
    <w:p>
      <w:r>
        <w:t>三、自觉配合入场安检</w:t>
      </w:r>
    </w:p>
    <w:p>
      <w:r>
        <w:t>考生进入考试场所（含候考室、备考室、考场）前，应自行检查是否携带具有无线通信功能的设备（如手机、无线耳机、智能手表、运动手环、智能眼镜等）、电子存储记忆录放设备、考试相关资料，并自觉接受考试工作人员使用金属探测仪、智能安检门进行安全检查。在考试过程中发现违规物品，将按有关规定严肃处理。</w:t>
      </w:r>
    </w:p>
    <w:p>
      <w:r>
        <w:t>四、严格遵守考试纪律</w:t>
      </w:r>
    </w:p>
    <w:p>
      <w:r>
        <w:t>请考生严格遵守有关法律、法规和考试规定，诚信考试，注意防范涉考骗局，自觉抵制考试作弊行为。对于有违规或舞弊行为的考生，将按照《国家教育考试违规处理办法》（教育部令第33号），视情节轻重，分别给予取消该科考试成绩、取消当年度高考所有科目成绩等处理。涉嫌违法的，移送司法机关，依法依规追究法律责任。</w:t>
      </w:r>
    </w:p>
    <w:p>
      <w:r>
        <w:t>预祝各位考生考试顺利，取得佳绩！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64434.html" TargetMode="External"/><Relationship Id="rId11" Type="http://schemas.openxmlformats.org/officeDocument/2006/relationships/hyperlink" Target="https://eea.gd.gov.cn/news/content/post_486467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