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15ed884fb42932051f7f2e2fcccc7fc56365e4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15ed884fb42932051f7f2e2fcccc7fc56365e4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