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https://szeb.sz.gov.cn/szzkw/zkcx/zxks/zkzy/zkcc/content/post_8948995.html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74c327ad2ed278d62cfb5ff88aa3ab0ebb33a2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74c327ad2ed278d62cfb5ff88aa3ab0ebb33a2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899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