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未能在报名结束前补充提交相关材料的能否再受理加分、免试申请？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https://eea.gd.gov.cn/dawenku/zcwj/content/post_4802839.html</w:t>
        </w:r>
      </w:hyperlink>
    </w:p>
    <w:p/>
    <w:p>
      <w:r>
        <w:t>未能在报名结束前补充提交相关材料的，视为放弃享受照顾加分政策。报名结束后一律不再受理加分、免试申请。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8028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