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关于《广东省2024年普通高等学校专升本招生专业目录及考试要求》增补及更正公告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https://eea.gd.gov.cn/news/content/post_4330729.html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https://eea.gd.gov.cn/ptgk/content/post_4330495.html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https://eea.gd.gov.cn/tzgg/content/post_4330730.html</w:t>
        </w:r>
      </w:hyperlink>
    </w:p>
    <w:p/>
    <w:p>
      <w:r>
        <w:t>应有关高校要求，现对《广东省2024年普通高等学校专升本招生专业目录及考试要求》部分内容作如下增补及更正（见附件）。</w:t>
      </w:r>
    </w:p>
    <w:p>
      <w:r>
        <w:t>附件：</w:t>
      </w:r>
    </w:p>
    <w:p>
      <w:r>
        <w:t>1.《广东省2024年普通高等学校专升本招生专业目录及要求》增补表</w:t>
      </w:r>
    </w:p>
    <w:p>
      <w:r>
        <w:t>2.《广东省2024年普通高等学校专升本招生专业目录及要求》更正表</w:t>
      </w:r>
    </w:p>
    <w:p>
      <w:r>
        <w:t>广东省招生委员会办公室</w:t>
      </w:r>
    </w:p>
    <w:p>
      <w:r>
        <w:t>2024年1月10日</w:t>
      </w:r>
    </w:p>
    <w:p>
      <w:r>
        <w:t>查看附件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查看附件</w:t>
        </w:r>
      </w:hyperlink>
    </w:p>
    <w:p>
      <w:r>
        <w:rPr>
          <w:sz w:val="16"/>
        </w:rPr>
        <w:t>https://eea.gd.gov.cn/attachment/0/540/540520/4330729.pdf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查看附件</w:t>
        </w:r>
      </w:hyperlink>
    </w:p>
    <w:p>
      <w:r>
        <w:t>https://eea.gd.gov.cn/attachment/0/540/540520/4330495.pdf</w:t>
      </w:r>
    </w:p>
    <w:p>
      <w:hyperlink r:id="rId15">
        <w:r>
          <w:rPr>
            <w:color w:val="18548A"/>
          </w:rPr>
          <w:t>查看附件</w:t>
        </w:r>
      </w:hyperlink>
    </w:p>
    <w:p>
      <w:r>
        <w:t>https://eea.gd.gov.cn/attachment/0/540/540520/4330730.pdf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30729.html" TargetMode="External"/><Relationship Id="rId11" Type="http://schemas.openxmlformats.org/officeDocument/2006/relationships/hyperlink" Target="https://eea.gd.gov.cn/ptgk/content/post_4330495.html" TargetMode="External"/><Relationship Id="rId12" Type="http://schemas.openxmlformats.org/officeDocument/2006/relationships/hyperlink" Target="https://eea.gd.gov.cn/tzgg/content/post_4330730.html" TargetMode="External"/><Relationship Id="rId13" Type="http://schemas.openxmlformats.org/officeDocument/2006/relationships/hyperlink" Target="https://eea.gd.gov.cn/attachment/0/540/540520/4330729.pdf" TargetMode="External"/><Relationship Id="rId14" Type="http://schemas.openxmlformats.org/officeDocument/2006/relationships/hyperlink" Target="https://eea.gd.gov.cn/attachment/0/540/540520/4330495.pdf" TargetMode="External"/><Relationship Id="rId15" Type="http://schemas.openxmlformats.org/officeDocument/2006/relationships/hyperlink" Target="https://eea.gd.gov.cn/attachment/0/540/540520/433073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