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关于推迟2020年4月广东省高等教育自学考试时间和报名报考工作的通告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2020-02-28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https://szeb.sz.gov.cn/szzkw/zkgg/zkxx1/content/post_8949691.html</w:t>
        </w:r>
      </w:hyperlink>
    </w:p>
    <w:p/>
    <w:p>
      <w:r>
        <w:t>按照国家和我省关于做好新冠肺炎疫情防控的工作部署，为切实保障广大考生的生命安全和身体健康，根据教育部《关于2020年4月全国高等教育自学考试延期举行的公告》要求，现将我省2020年4月高等教育自学考试有关事项通告如下：</w:t>
      </w:r>
    </w:p>
    <w:p>
      <w:r>
        <w:t>一、原定于4月11日至12日举行的自学考试推迟举行，原定于3月2日至13日期间进行的2020年4月自学考试新生报名和考生报考推迟进行，具体时间将根据疫情防控进展情况，依照省教育考试院安排另行通知。</w:t>
      </w:r>
    </w:p>
    <w:p>
      <w:r>
        <w:t>二、请广大考生密切关注广东省教育考试院官方网站（http://eea.gd.gov.cn/）以及微信公众号（ID：gdsksy），或深圳招考网官方网站（http://zkb.sz.gov.cn）以及微信公众号（ID：szzkb82181999）发布的后续信息。</w:t>
      </w:r>
    </w:p>
    <w:p>
      <w:r>
        <w:t>感谢广大考生对有关工作调整的理解和支持。</w:t>
      </w:r>
    </w:p>
    <w:p>
      <w:r>
        <w:t>深圳市招生考试办公室</w:t>
      </w:r>
    </w:p>
    <w:p>
      <w:r>
        <w:t>2020年2月28日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9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