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考生需补办自学考试毕业生登记表，怎么办理？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2024-08-14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其他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https://eea.gd.gov.cn/dawenku/qtwt/content/post_4477189.html</w:t>
        </w:r>
      </w:hyperlink>
    </w:p>
    <w:p/>
    <w:p>
      <w:r>
        <w:t>（1）网上办理。考生可凭准考证号、有效身份证件（须与办理毕业证的证件一致）及密码登录我省自学考试网上办事服务系统，向省考办申请办理毕业生登记表复印件。（2）现场办理。考生须携带本人身份证、毕业证复印件，前往当地市考办或广东省教育考试院来访接待室办理相关手续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qtwt/content/post_447718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