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每次报考自学考试课程时，能否选择两个考区同时报考？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https://eea.gd.gov.cn/dawenku/ksbk/content/post_4759282.html</w:t>
        </w:r>
      </w:hyperlink>
    </w:p>
    <w:p/>
    <w:p>
      <w:r>
        <w:t>考生可根据各考区考位供给情况选择考区报考，每个考生每期考试只能报考一次，且只能选择一个考区参加考试。考区和报考课程一经考生确认，不得增加、删减、更改。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7592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