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关于公布广东省2024年普通高考音乐类、舞蹈类、表（导）演类（戏剧影视导演方向）、表（导）演类（戏剧影视表演方向）、播音与主持类（含粤语）专业省统考合格线的通知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https://eea.gd.gov.cn/news/content/post_4356744.html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https://eea.gd.gov.cn/ptgk/content/post_4356640.html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https://eea.gd.gov.cn/tzgg/content/post_4356745.html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https://eea.gd.gov.cn/zwgk/sjfb/tjsj/content/post_4356746.html</w:t>
        </w:r>
      </w:hyperlink>
    </w:p>
    <w:p/>
    <w:p>
      <w:r>
        <w:t>各地级以上市招生办公室（考试中心、考试院）：</w:t>
      </w:r>
    </w:p>
    <w:p>
      <w:r>
        <w:t>经研究决定，2024年我省普通高考音乐类、舞蹈类、表（导）演类（戏剧影视导演方向）、表（导）演类（戏剧影视表演方向）、播音与主持类（含粤语）专业省统考合格线如下：</w:t>
      </w:r>
    </w:p>
    <w:p>
      <w:r>
        <w:t>一、音乐类专业省统考</w:t>
      </w:r>
    </w:p>
    <w:p>
      <w:r>
        <w:t>（一）音乐教育</w:t>
      </w:r>
    </w:p>
    <w:p>
      <w:r>
        <w:t>本科合格线：180分</w:t>
      </w:r>
    </w:p>
    <w:p>
      <w:r>
        <w:t>高职（专科）合格线：150分</w:t>
      </w:r>
    </w:p>
    <w:p>
      <w:r>
        <w:t>（二）音乐表演（声乐）</w:t>
      </w:r>
    </w:p>
    <w:p>
      <w:r>
        <w:t>本科合格线：185分</w:t>
      </w:r>
    </w:p>
    <w:p>
      <w:r>
        <w:t>高职（专科）合格线：150分</w:t>
      </w:r>
    </w:p>
    <w:p>
      <w:r>
        <w:t>（三）音乐表演（器乐）</w:t>
      </w:r>
    </w:p>
    <w:p>
      <w:r>
        <w:t>本科合格线：170分</w:t>
      </w:r>
    </w:p>
    <w:p>
      <w:r>
        <w:t>高职（专科）合格线：150分</w:t>
      </w:r>
    </w:p>
    <w:p>
      <w:r>
        <w:t>二、舞蹈类专业省统考</w:t>
      </w:r>
    </w:p>
    <w:p>
      <w:r>
        <w:t>本专科合格线：150分</w:t>
      </w:r>
    </w:p>
    <w:p>
      <w:r>
        <w:t>三、表（导）演类（戏剧影视导演方向）专业省统考</w:t>
      </w:r>
    </w:p>
    <w:p>
      <w:r>
        <w:t>本专科合格线：190 分</w:t>
      </w:r>
    </w:p>
    <w:p>
      <w:r>
        <w:t>四、表（导）演类（戏剧影视表演方向）专业省统考</w:t>
      </w:r>
    </w:p>
    <w:p>
      <w:r>
        <w:t>本专科合格线：190分</w:t>
      </w:r>
    </w:p>
    <w:p>
      <w:r>
        <w:t>五、播音与主持类（含粤语）专业省统考</w:t>
      </w:r>
    </w:p>
    <w:p>
      <w:r>
        <w:t>本专科合格线：190分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p>
      <w:r>
        <w:t>广东省招生委员会办公室</w:t>
      </w:r>
    </w:p>
    <w:p>
      <w:r>
        <w:t>2024年1月30日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56744.html" TargetMode="External"/><Relationship Id="rId11" Type="http://schemas.openxmlformats.org/officeDocument/2006/relationships/hyperlink" Target="https://eea.gd.gov.cn/ptgk/content/post_4356640.html" TargetMode="External"/><Relationship Id="rId12" Type="http://schemas.openxmlformats.org/officeDocument/2006/relationships/hyperlink" Target="https://eea.gd.gov.cn/tzgg/content/post_4356745.html" TargetMode="External"/><Relationship Id="rId13" Type="http://schemas.openxmlformats.org/officeDocument/2006/relationships/hyperlink" Target="https://eea.gd.gov.cn/zwgk/sjfb/tjsj/content/post_43567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