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2022年全国硕士研究生招生考试深圳市招考办报考点网上确认温馨提示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2021-11-02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研考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https://szeb.sz.gov.cn/szzkw/zkgg/ykxx/content/post_9308100.html</w:t>
        </w:r>
      </w:hyperlink>
    </w:p>
    <w:p/>
    <w:p>
      <w:r>
        <w:t>根据广东省教育考试院要求，2022年全国硕士研究生招生考试报名确认时间为：2021年10月31日9：00至11月5日16：00。深圳市招考办报考点（代码4411）报名确认采用研招网网上确认系统进行。目前，报名工作进展顺利，已有两万多名考生报名确认成功，但仍有部分考生未进行确认。市招考办温馨提醒：请尚未报名确认的考生掌握好时间，避免在最后时间段集中上传造成网络堵塞，影响报名。</w:t>
      </w:r>
    </w:p>
    <w:p>
      <w:r>
        <w:t>深圳市招生考试办公室</w:t>
      </w:r>
    </w:p>
    <w:p>
      <w:r>
        <w:t>2021年11月2日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ykxx/content/post_930810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