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2021年政府网站工作年度报表(广东省教育考试院)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2022-01-18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政府网站工作年报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https://eea.gd.gov.cn/zwgk/zfwzgznb/content/post_3767003.html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https://eea.gd.gov.cn/zwgk_xxgknb/content/post_3980821.html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https://eea.gd.gov.cn/tzgg/content/post_3767002.html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f7ca8080274027ceaa815164ae0f49352f2834f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f7ca8080274027ceaa815164ae0f49352f2834f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459afcf8803db2d58fed387eb69e725b0a074e-0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459afcf8803db2d58fed387eb69e725b0a074e-00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99d6609d6419d3d0a537201e203d38d636dbf63-00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99d6609d6419d3d0a537201e203d38d636dbf63-00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/zfwzgznb/content/post_3767003.html" TargetMode="External"/><Relationship Id="rId11" Type="http://schemas.openxmlformats.org/officeDocument/2006/relationships/hyperlink" Target="https://eea.gd.gov.cn/zwgk_xxgknb/content/post_3980821.html" TargetMode="External"/><Relationship Id="rId12" Type="http://schemas.openxmlformats.org/officeDocument/2006/relationships/hyperlink" Target="https://eea.gd.gov.cn/tzgg/content/post_3767002.html" TargetMode="External"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