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我省2024年全国硕士研究生招生考试顺利结束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2023-12-26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https://eea.gd.gov.cn/yjsks/content/post_4306163.html</w:t>
        </w:r>
      </w:hyperlink>
    </w:p>
    <w:p/>
    <w:p>
      <w:r>
        <w:t>12月25日，2024年全国硕士研究生招生考试顺利结束，实现了“平安研考”工作目标。全省共24.5万人报名参加考试，共设考点163个、考场近8300间，调派考务人员2.2万余人。</w:t>
      </w:r>
    </w:p>
    <w:p>
      <w:r>
        <w:t>为维护考试公平公正和良好秩序, 今年全省各级党委政府进一步加强组织领导，厅（局）际联席会议成员单位密切配合，招生考试机构精心组织、严密管理，做到“六个加强”，确保考试安全顺利实施。一是加强考点建设。为缓解部分考点压力，在充分调研的基础上，新增汕头大学报考点和广东医科大学考点，进一步满足考生报考需求。二是加强防范打击作弊力度。全省各考点积极落实智能安检门全配备、无线电信号屏蔽全覆盖、手机不得带入考点、考务工作人员培训考核全达标、降低考点内手机信号频率“五位一体”立体防护要求，同时将广州地区所有MBA和MPA专业的考生集中安排，增设四所高校考点实行集中管理，坚决遏制和打击违纪作弊行为。三是加强监督检查。考前，省教育考试院联合保密局开展保密室专项检查，督促各招生院校开展自命题自查和互查；考试期间，派出巡查工作组到部分地市和高校实地检查、监督和指导考试组织实施情况。四是加强考试环境综合治理。会同相关职能部门开展“清理打击助考、替考违规行为”“打击销售作弊器材”“净化考点周边环境”“净化涉考网络环境”等专项治理行动。五是加强厅（局）际部门间协同联动。积极争取工信部门支持，加派无线电信号监测车对相关考点进行驻点监测。协同公安部门打击高科技考试作弊团伙。考试期间，各厅（局）际联席会议成员单位在考试指挥中心开展联合值班。六是加强宣传服务。省教育考试院通过官微、官网多次发布研考热点问答、温馨提醒和天气提示，进一步优化考生服务。考前一周，开通研考咨询专线，安排专人值班为考生答疑解惑。协调公安部门做好交通治安保障，为考生顺利赴考保驾护航。做好残疾考生暖心服务，保障深圳市1名盲人考生顺利参加考试，共为9名符合条件的残疾考生提供提供盲文卷、大字号试卷、延长考试时间等合理便利，全力为考生创造便捷舒适的考试环境。</w:t>
      </w:r>
    </w:p>
    <w:p>
      <w:r>
        <w:t>从实施情况看，考试全程安全顺利、秩序井然，考风考纪良好，后续将按照教育部的工作安排开展扫描和评卷工作。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3061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