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关于2025年全国硕士研究生招生考试肇庆学院报考点停止接受报名的通告</w:t>
      </w:r>
    </w:p>
    <w:p>
      <w:r>
        <w:rPr>
          <w:sz w:val="18"/>
        </w:rPr>
        <w:t>整理归属  广东省教育考试院</w:t>
      </w:r>
    </w:p>
    <w:p>
      <w:r>
        <w:rPr>
          <w:sz w:val="18"/>
        </w:rPr>
        <w:t>发布日期  2024-10-26</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https://eea.gd.gov.cn/yjsks/content/post_4514080.html</w:t>
        </w:r>
      </w:hyperlink>
    </w:p>
    <w:p>
      <w:r>
        <w:t xml:space="preserve">同文来源  </w:t>
      </w:r>
      <w:hyperlink r:id="rId11">
        <w:r>
          <w:rPr>
            <w:color w:val="18548A"/>
          </w:rPr>
          <w:t>https://eea.gd.gov.cn/news/content/post_4514082.html</w:t>
        </w:r>
      </w:hyperlink>
    </w:p>
    <w:p/>
    <w:p>
      <w:r>
        <w:t>广大考生：</w:t>
      </w:r>
    </w:p>
    <w:p>
      <w:r>
        <w:t>2025年全国硕士研究生招生考试我省肇庆学院报考点报名人数已达到最大容量。根据《广东省2025年全国硕士研究生招生考试报名须知》，经研究，决定自10月27日起，该报考点不再接受考生报名。符合肇庆学院报考点报考条件的肇庆市考生，可选择肇庆市招生办报考点。</w:t>
      </w:r>
    </w:p>
    <w:p>
      <w:r>
        <w:t>特此通告。</w:t>
      </w:r>
    </w:p>
    <w:p>
      <w:r>
        <w:t>广东省教育考试院</w:t>
      </w:r>
    </w:p>
    <w:p>
      <w:r>
        <w:t>2024年10月26日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514080.html" TargetMode="External"/><Relationship Id="rId11" Type="http://schemas.openxmlformats.org/officeDocument/2006/relationships/hyperlink" Target="https://eea.gd.gov.cn/news/content/post_45140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