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关于公布广东省2014年成人高考考生考试成绩的通知</w:t>
      </w:r>
    </w:p>
    <w:p>
      <w:r>
        <w:rPr>
          <w:sz w:val="18"/>
        </w:rPr>
        <w:t>整理归属  广东省教育考试院</w:t>
      </w:r>
    </w:p>
    <w:p>
      <w:r>
        <w:rPr>
          <w:sz w:val="18"/>
        </w:rPr>
        <w:t>发布日期  2014-11-21</w:t>
      </w:r>
    </w:p>
    <w:p>
      <w:r>
        <w:rPr>
          <w:sz w:val="18"/>
        </w:rPr>
        <w:t>来源  粤考院〔2014〕195号</w:t>
      </w:r>
    </w:p>
    <w:p>
      <w:r>
        <w:rPr>
          <w:sz w:val="18"/>
        </w:rPr>
        <w:t>栏目  成人高考</w:t>
      </w:r>
    </w:p>
    <w:p>
      <w:r>
        <w:rPr>
          <w:sz w:val="18"/>
        </w:rPr>
        <w:t>存档日期  2026-10-27</w:t>
      </w:r>
    </w:p>
    <w:p>
      <w:r>
        <w:t xml:space="preserve">原文链接  </w:t>
      </w:r>
      <w:hyperlink r:id="rId10">
        <w:r>
          <w:rPr>
            <w:color w:val="18548A"/>
          </w:rPr>
          <w:t>https://eea.gd.gov.cn/crgk/content/post_2217512.html</w:t>
        </w:r>
      </w:hyperlink>
    </w:p>
    <w:p/>
    <w:p>
      <w:r>
        <w:t>各地级以上市及顺德区招生办公室（考试中心）：</w:t>
      </w:r>
    </w:p>
    <w:p>
      <w:r>
        <w:t>我省2014年成人高等学校招生全国统一考试评卷工作已全部完成，现将考生考试成绩公布的有关事项通知如下：</w:t>
      </w:r>
    </w:p>
    <w:p>
      <w:r>
        <w:t>我省2014年成人高等学校招生全国统一考试成绩由省教育考试院统一公布，考试成绩以省教育考试院统一打印的成绩单为准，由各市、县（区）招生办公室(考试中心)将考试成绩通知考生本人。根据教育部有关规定，不对考生查卷。</w:t>
      </w:r>
    </w:p>
    <w:p>
      <w:r>
        <w:t>请各市招生办公室（考试中心）派工作人员（正式在职在编人员）于11月21日15：00到广东省教育考试院11楼1101房领取考生成人高考成绩单、考生成绩数据盘。同时，省教育考试院将通过相关网站和电话从11月21日12：00起向考生公布成绩，具体查询方式见附件。</w:t>
      </w:r>
    </w:p>
    <w:p>
      <w:r>
        <w:t>附件：2014年广东省成人高考成绩和录取结果查询方式</w:t>
      </w:r>
    </w:p>
    <w:p>
      <w:r>
        <w:t>广东省教育考试院</w:t>
      </w:r>
    </w:p>
    <w:p>
      <w:r>
        <w:t>2014年11月19日</w:t>
      </w:r>
    </w:p>
    <w:p>
      <w:r>
        <w:t>附件</w:t>
      </w:r>
    </w:p>
    <w:p>
      <w:r>
        <w:t>2014年广东省成人高考成绩</w:t>
      </w:r>
    </w:p>
    <w:p>
      <w:r>
        <w:t>及录取结果查询方式</w:t>
      </w:r>
    </w:p>
    <w:p>
      <w:r>
        <w:t>一、96040电话查询方式</w:t>
      </w:r>
    </w:p>
    <w:p>
      <w:r>
        <w:t>中国电信固定电话、CDMA手机或小灵通，中国联通手机及铁通固定电话用户，只需拨通96040（全省各地均可直拨，无需加区号），按语音提示输入准考证号码和出生年月，即可查询成人高考各科成绩或录取结果。考生也可以提前拨打96040对成人高考成绩及录取结果进行短信通知预定。</w:t>
      </w:r>
    </w:p>
    <w:p>
      <w:r>
        <w:t>二、短信查询方式</w:t>
      </w:r>
    </w:p>
    <w:p>
      <w:r>
        <w:t>（一）成绩查询</w:t>
      </w:r>
    </w:p>
    <w:p>
      <w:r>
        <w:t>中国移动用户编写“GCF+准考证号+4位出生年月”（例如准考证号是0123456789，出生年月是98年6月，则发送：GCF01234567899806，下同），联通及CDMA、小灵通用户编写“KCF+准考证号+4位出生年月”发送至10622168，即可预定或查询各科成绩；广东移动、联通用户亦可编辑短信息“112+准考证号+4位出生年月”发送至10629500，即可预定或查询各科成绩。</w:t>
      </w:r>
    </w:p>
    <w:p>
      <w:r>
        <w:t>（二）录取结果查询</w:t>
      </w:r>
    </w:p>
    <w:p>
      <w:r>
        <w:t>中国移动用户编写“GCL+准考证号+4位出生年月”，联通及CDMA、小灵通用户编写“KCL+准考证号+4位出生年月”发送至10622168，即可预定或查询录取结果；广东移动、联通用户亦可编写短信息“111+准考证号+4位出生年月”发送至10629500，即可预定或查询录取结果。</w:t>
      </w:r>
    </w:p>
    <w:p>
      <w:r>
        <w:t>三、手机语音查询方式</w:t>
      </w:r>
    </w:p>
    <w:p>
      <w:r>
        <w:t>广东地区的移动用户拨打1259025679，根据语音提示操作输入准考证号和出生年月，即可预订或查询成人高考成绩或录取结果。</w:t>
      </w:r>
    </w:p>
    <w:p>
      <w:r>
        <w:t>四、手机WAP查询方式</w:t>
      </w:r>
    </w:p>
    <w:p>
      <w:r>
        <w:t>考生可通过手机登录输入准考证号和出生年月查询成人高考成绩或录取结果。</w:t>
      </w:r>
    </w:p>
    <w:p>
      <w:r>
        <w:t>五、网络在线查询方式</w:t>
      </w:r>
    </w:p>
    <w:p>
      <w:r>
        <w:t>考生可登录广东教育考试服务网，或广东考试服务网进行查询。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75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